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pieczęć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szkoły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7D7E228D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>do Wojewódzkiego Konkursu z .......................................................... (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przedmiotu</w:t>
      </w:r>
      <w:proofErr w:type="spellEnd"/>
      <w:r w:rsidRPr="00352867">
        <w:rPr>
          <w:rFonts w:ascii="Lato" w:hAnsi="Lato" w:cs="Lato"/>
          <w:b/>
          <w:sz w:val="20"/>
          <w:szCs w:val="20"/>
        </w:rPr>
        <w:t>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</w:r>
      <w:proofErr w:type="spellStart"/>
      <w:r w:rsidRPr="00352867">
        <w:rPr>
          <w:rFonts w:ascii="Lato" w:hAnsi="Lato" w:cs="Lato"/>
          <w:b/>
          <w:sz w:val="20"/>
          <w:szCs w:val="20"/>
        </w:rPr>
        <w:t>dla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uczniów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klas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IV–VIII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szkół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podstawowych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województwa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B0070A2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Imię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imiona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)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Nazwisko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Data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w </w:t>
      </w:r>
      <w:proofErr w:type="spellStart"/>
      <w:r w:rsidRPr="00352867">
        <w:rPr>
          <w:rFonts w:ascii="Lato" w:hAnsi="Lato" w:cs="Lato"/>
          <w:sz w:val="20"/>
          <w:szCs w:val="20"/>
        </w:rPr>
        <w:t>przypadku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poza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Polską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również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kraj</w:t>
      </w:r>
      <w:proofErr w:type="spellEnd"/>
      <w:r w:rsidRPr="00352867">
        <w:rPr>
          <w:rFonts w:ascii="Lato" w:hAnsi="Lato" w:cs="Lato"/>
          <w:sz w:val="20"/>
          <w:szCs w:val="20"/>
        </w:rPr>
        <w:t>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Klasa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roku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BA69DE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Pełna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nazwa szkoły </w:t>
      </w:r>
      <w:proofErr w:type="spellStart"/>
      <w:r w:rsidRPr="00352867">
        <w:rPr>
          <w:rFonts w:ascii="Lato" w:hAnsi="Lato" w:cs="Lato"/>
          <w:sz w:val="20"/>
          <w:szCs w:val="20"/>
        </w:rPr>
        <w:t>podstawowej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proofErr w:type="spellStart"/>
      <w:r w:rsidR="009E2BE8">
        <w:rPr>
          <w:rFonts w:ascii="Lato" w:hAnsi="Lato" w:cs="Lato"/>
          <w:sz w:val="20"/>
          <w:szCs w:val="20"/>
        </w:rPr>
        <w:t>Szkoła</w:t>
      </w:r>
      <w:proofErr w:type="spellEnd"/>
      <w:r w:rsidR="009E2BE8">
        <w:rPr>
          <w:rFonts w:ascii="Lato" w:hAnsi="Lato" w:cs="Lato"/>
          <w:sz w:val="20"/>
          <w:szCs w:val="20"/>
        </w:rPr>
        <w:t xml:space="preserve"> </w:t>
      </w:r>
      <w:proofErr w:type="spellStart"/>
      <w:r w:rsidR="009E2BE8">
        <w:rPr>
          <w:rFonts w:ascii="Lato" w:hAnsi="Lato" w:cs="Lato"/>
          <w:sz w:val="20"/>
          <w:szCs w:val="20"/>
        </w:rPr>
        <w:t>Podstawowa</w:t>
      </w:r>
      <w:proofErr w:type="spellEnd"/>
      <w:r w:rsidR="009E2BE8">
        <w:rPr>
          <w:rFonts w:ascii="Lato" w:hAnsi="Lato" w:cs="Lato"/>
          <w:sz w:val="20"/>
          <w:szCs w:val="20"/>
        </w:rPr>
        <w:t xml:space="preserve"> nr 19 </w:t>
      </w:r>
      <w:proofErr w:type="spellStart"/>
      <w:r w:rsidR="009E2BE8">
        <w:rPr>
          <w:rFonts w:ascii="Lato" w:hAnsi="Lato" w:cs="Lato"/>
          <w:sz w:val="20"/>
          <w:szCs w:val="20"/>
        </w:rPr>
        <w:t>im</w:t>
      </w:r>
      <w:proofErr w:type="spellEnd"/>
      <w:r w:rsidR="009E2BE8">
        <w:rPr>
          <w:rFonts w:ascii="Lato" w:hAnsi="Lato" w:cs="Lato"/>
          <w:sz w:val="20"/>
          <w:szCs w:val="20"/>
        </w:rPr>
        <w:t xml:space="preserve">. </w:t>
      </w:r>
      <w:proofErr w:type="spellStart"/>
      <w:r w:rsidR="009E2BE8">
        <w:rPr>
          <w:rFonts w:ascii="Lato" w:hAnsi="Lato" w:cs="Lato"/>
          <w:sz w:val="20"/>
          <w:szCs w:val="20"/>
        </w:rPr>
        <w:t>Zasłużonych</w:t>
      </w:r>
      <w:proofErr w:type="spellEnd"/>
      <w:r w:rsidR="009E2BE8">
        <w:rPr>
          <w:rFonts w:ascii="Lato" w:hAnsi="Lato" w:cs="Lato"/>
          <w:sz w:val="20"/>
          <w:szCs w:val="20"/>
        </w:rPr>
        <w:t xml:space="preserve"> </w:t>
      </w:r>
      <w:proofErr w:type="spellStart"/>
      <w:r w:rsidR="009E2BE8">
        <w:rPr>
          <w:rFonts w:ascii="Lato" w:hAnsi="Lato" w:cs="Lato"/>
          <w:sz w:val="20"/>
          <w:szCs w:val="20"/>
        </w:rPr>
        <w:t>Ludzi</w:t>
      </w:r>
      <w:proofErr w:type="spellEnd"/>
      <w:r w:rsidR="009E2BE8">
        <w:rPr>
          <w:rFonts w:ascii="Lato" w:hAnsi="Lato" w:cs="Lato"/>
          <w:sz w:val="20"/>
          <w:szCs w:val="20"/>
        </w:rPr>
        <w:t xml:space="preserve"> </w:t>
      </w:r>
      <w:proofErr w:type="spellStart"/>
      <w:r w:rsidR="009E2BE8">
        <w:rPr>
          <w:rFonts w:ascii="Lato" w:hAnsi="Lato" w:cs="Lato"/>
          <w:sz w:val="20"/>
          <w:szCs w:val="20"/>
        </w:rPr>
        <w:t>Morza</w:t>
      </w:r>
      <w:proofErr w:type="spellEnd"/>
      <w:r w:rsidR="009E2BE8">
        <w:rPr>
          <w:rFonts w:ascii="Lato" w:hAnsi="Lato" w:cs="Lato"/>
          <w:sz w:val="20"/>
          <w:szCs w:val="20"/>
        </w:rPr>
        <w:t xml:space="preserve"> </w:t>
      </w:r>
    </w:p>
    <w:p w14:paraId="317B45EB" w14:textId="52A4E200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Ulica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numer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9E2BE8">
        <w:rPr>
          <w:rFonts w:ascii="Lato" w:hAnsi="Lato" w:cs="Lato"/>
          <w:sz w:val="20"/>
          <w:szCs w:val="20"/>
        </w:rPr>
        <w:t>ul. E. Hoene 6</w:t>
      </w:r>
    </w:p>
    <w:p w14:paraId="61360609" w14:textId="5A31FD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9E2BE8">
        <w:rPr>
          <w:rFonts w:ascii="Lato" w:hAnsi="Lato" w:cs="Lato"/>
          <w:sz w:val="20"/>
          <w:szCs w:val="20"/>
        </w:rPr>
        <w:t xml:space="preserve">80-041 </w:t>
      </w:r>
      <w:proofErr w:type="spellStart"/>
      <w:r w:rsidR="009E2BE8">
        <w:rPr>
          <w:rFonts w:ascii="Lato" w:hAnsi="Lato" w:cs="Lato"/>
          <w:sz w:val="20"/>
          <w:szCs w:val="20"/>
        </w:rPr>
        <w:t>Gdańsk</w:t>
      </w:r>
      <w:proofErr w:type="spellEnd"/>
    </w:p>
    <w:p w14:paraId="709273EA" w14:textId="43C620D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Gmina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proofErr w:type="spellStart"/>
      <w:r w:rsidR="009E2BE8">
        <w:rPr>
          <w:rFonts w:ascii="Lato" w:hAnsi="Lato" w:cs="Lato"/>
          <w:sz w:val="20"/>
          <w:szCs w:val="20"/>
        </w:rPr>
        <w:t>Gdańsk</w:t>
      </w:r>
      <w:proofErr w:type="spellEnd"/>
    </w:p>
    <w:p w14:paraId="3D75C062" w14:textId="2E8AF30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proofErr w:type="spellStart"/>
      <w:r w:rsidR="009E2BE8">
        <w:rPr>
          <w:rFonts w:ascii="Lato" w:hAnsi="Lato" w:cs="Lato"/>
          <w:sz w:val="20"/>
          <w:szCs w:val="20"/>
        </w:rPr>
        <w:t>Gdańsk</w:t>
      </w:r>
      <w:proofErr w:type="spellEnd"/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Dokumentację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potwierdzającą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potrzebę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przedstawia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Do RKK/WKK </w:t>
      </w:r>
      <w:proofErr w:type="spellStart"/>
      <w:r w:rsidRPr="00352867">
        <w:rPr>
          <w:rFonts w:ascii="Lato" w:hAnsi="Lato" w:cs="Lato"/>
          <w:sz w:val="20"/>
          <w:szCs w:val="20"/>
        </w:rPr>
        <w:t>przekazuje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miarę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możliwości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wyłącznie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wymaganym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istnienia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jego zastosowania, bez przekazywania dokumentacji medycznej, jeżeli nie jest to niezbędne.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IV. </w:t>
      </w:r>
      <w:proofErr w:type="spellStart"/>
      <w:r w:rsidRPr="00352867">
        <w:rPr>
          <w:rFonts w:ascii="Lato" w:hAnsi="Lato" w:cs="Lato"/>
          <w:sz w:val="20"/>
          <w:szCs w:val="20"/>
        </w:rPr>
        <w:t>Wizerunek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Wojewódzka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Gala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rozpowszechnianie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mojego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dziecka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utrwalonego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podczas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Wojewódzkiej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Gali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publikację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stronie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internetowej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Gdańsku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oficjalnych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profilach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serwisach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społecznościowych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wydarzeniu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działalności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dobrowolne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Brak </w:t>
      </w:r>
      <w:proofErr w:type="spellStart"/>
      <w:r w:rsidRPr="00352867">
        <w:rPr>
          <w:rFonts w:ascii="Lato" w:hAnsi="Lato" w:cs="Lato"/>
          <w:sz w:val="20"/>
          <w:szCs w:val="20"/>
        </w:rPr>
        <w:t>zezwolenia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wpływa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Konkursie, </w:t>
      </w:r>
      <w:proofErr w:type="spellStart"/>
      <w:r w:rsidRPr="00352867">
        <w:rPr>
          <w:rFonts w:ascii="Lato" w:hAnsi="Lato" w:cs="Lato"/>
          <w:sz w:val="20"/>
          <w:szCs w:val="20"/>
        </w:rPr>
        <w:t>uzyskanie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tytułu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ani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 xml:space="preserve">autorskim i prawach </w:t>
      </w:r>
      <w:proofErr w:type="spellStart"/>
      <w:r w:rsidRPr="00352867">
        <w:rPr>
          <w:rFonts w:ascii="Lato" w:hAnsi="Lato" w:cs="Lato"/>
          <w:sz w:val="20"/>
          <w:szCs w:val="20"/>
        </w:rPr>
        <w:t>pokrewnych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</w:t>
      </w:r>
      <w:proofErr w:type="spellStart"/>
      <w:r w:rsidRPr="00352867">
        <w:rPr>
          <w:rFonts w:ascii="Lato" w:hAnsi="Lato" w:cs="Lato"/>
          <w:sz w:val="20"/>
          <w:szCs w:val="20"/>
        </w:rPr>
        <w:t>zasady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związanych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publikacją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odrębna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Oświadczam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Karcie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ze </w:t>
      </w:r>
      <w:proofErr w:type="spellStart"/>
      <w:r w:rsidRPr="00352867">
        <w:rPr>
          <w:rFonts w:ascii="Lato" w:hAnsi="Lato" w:cs="Lato"/>
          <w:sz w:val="20"/>
          <w:szCs w:val="20"/>
        </w:rPr>
        <w:t>stanem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faktycznym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zapoznałam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otrzymałam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408FC874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osobowych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szkoła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proofErr w:type="spellStart"/>
      <w:r w:rsidR="009E2BE8">
        <w:rPr>
          <w:rFonts w:ascii="Lato" w:hAnsi="Lato" w:cs="Lato"/>
          <w:sz w:val="20"/>
          <w:szCs w:val="20"/>
        </w:rPr>
        <w:t>Szkoła</w:t>
      </w:r>
      <w:proofErr w:type="spellEnd"/>
      <w:r w:rsidR="009E2BE8">
        <w:rPr>
          <w:rFonts w:ascii="Lato" w:hAnsi="Lato" w:cs="Lato"/>
          <w:sz w:val="20"/>
          <w:szCs w:val="20"/>
        </w:rPr>
        <w:t xml:space="preserve"> </w:t>
      </w:r>
      <w:proofErr w:type="spellStart"/>
      <w:r w:rsidR="009E2BE8">
        <w:rPr>
          <w:rFonts w:ascii="Lato" w:hAnsi="Lato" w:cs="Lato"/>
          <w:sz w:val="20"/>
          <w:szCs w:val="20"/>
        </w:rPr>
        <w:t>Podstawowa</w:t>
      </w:r>
      <w:proofErr w:type="spellEnd"/>
      <w:r w:rsidR="009E2BE8">
        <w:rPr>
          <w:rFonts w:ascii="Lato" w:hAnsi="Lato" w:cs="Lato"/>
          <w:sz w:val="20"/>
          <w:szCs w:val="20"/>
        </w:rPr>
        <w:t xml:space="preserve"> nr 19 w </w:t>
      </w:r>
      <w:proofErr w:type="spellStart"/>
      <w:r w:rsidR="009E2BE8">
        <w:rPr>
          <w:rFonts w:ascii="Lato" w:hAnsi="Lato" w:cs="Lato"/>
          <w:sz w:val="20"/>
          <w:szCs w:val="20"/>
        </w:rPr>
        <w:t>Gdańsku</w:t>
      </w:r>
      <w:proofErr w:type="spellEnd"/>
    </w:p>
    <w:p w14:paraId="32FBF02A" w14:textId="071C51F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kontaktowe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r w:rsidR="009E2BE8">
        <w:rPr>
          <w:rFonts w:ascii="Lato" w:hAnsi="Lato" w:cs="Lato"/>
          <w:sz w:val="20"/>
          <w:szCs w:val="20"/>
        </w:rPr>
        <w:t xml:space="preserve">ul. E. Hoene 6; 80-041 </w:t>
      </w:r>
      <w:proofErr w:type="spellStart"/>
      <w:r w:rsidR="009E2BE8">
        <w:rPr>
          <w:rFonts w:ascii="Lato" w:hAnsi="Lato" w:cs="Lato"/>
          <w:sz w:val="20"/>
          <w:szCs w:val="20"/>
        </w:rPr>
        <w:t>Gdańsk</w:t>
      </w:r>
      <w:proofErr w:type="spellEnd"/>
      <w:r w:rsidR="009E2BE8">
        <w:rPr>
          <w:rFonts w:ascii="Lato" w:hAnsi="Lato" w:cs="Lato"/>
          <w:sz w:val="20"/>
          <w:szCs w:val="20"/>
        </w:rPr>
        <w:t xml:space="preserve"> </w:t>
      </w:r>
    </w:p>
    <w:p w14:paraId="063954CD" w14:textId="4A08D55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Kontakt do IOD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hyperlink r:id="rId8" w:history="1">
        <w:r w:rsidR="00C15957" w:rsidRPr="00B86370">
          <w:rPr>
            <w:rStyle w:val="Hipercze"/>
            <w:rFonts w:ascii="Lato" w:hAnsi="Lato" w:cs="Lato"/>
            <w:sz w:val="20"/>
            <w:szCs w:val="20"/>
          </w:rPr>
          <w:t>iod@rodo-edu.pl</w:t>
        </w:r>
      </w:hyperlink>
      <w:r w:rsidR="00C15957">
        <w:rPr>
          <w:rFonts w:ascii="Lato" w:hAnsi="Lato" w:cs="Lato"/>
          <w:sz w:val="20"/>
          <w:szCs w:val="20"/>
        </w:rPr>
        <w:t xml:space="preserve">  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są przetwarzane w celu organizacji i przeprowadzenia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sporządzenia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dokumentacji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informacje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dotyczące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celów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podstaw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oraz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osób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których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zawiera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Klauzula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Regulaminu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Konkursu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>..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udziału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Konkursie jest </w:t>
      </w:r>
      <w:proofErr w:type="spellStart"/>
      <w:r w:rsidRPr="00352867">
        <w:rPr>
          <w:rFonts w:ascii="Lato" w:hAnsi="Lato" w:cs="Lato"/>
          <w:sz w:val="20"/>
          <w:szCs w:val="20"/>
        </w:rPr>
        <w:t>niezbędne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ich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uniemożliwić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zgłoszenie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lub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realizację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udziału.Dane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Regulaminie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mogą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weryfikacji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kwalifikacji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II – </w:t>
      </w:r>
      <w:proofErr w:type="spellStart"/>
      <w:r w:rsidRPr="00352867">
        <w:rPr>
          <w:rFonts w:ascii="Lato" w:hAnsi="Lato" w:cs="Lato"/>
          <w:sz w:val="20"/>
          <w:szCs w:val="20"/>
        </w:rPr>
        <w:t>rejonowego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dalszej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organizacji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W </w:t>
      </w:r>
      <w:proofErr w:type="spellStart"/>
      <w:r w:rsidRPr="00352867">
        <w:rPr>
          <w:rFonts w:ascii="Lato" w:hAnsi="Lato" w:cs="Lato"/>
          <w:sz w:val="20"/>
          <w:szCs w:val="20"/>
        </w:rPr>
        <w:t>zakresie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Pomorski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będą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przechowywane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wynikający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przepisów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kancelaryjno-archiwalnych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JRWA </w:t>
      </w:r>
      <w:proofErr w:type="spellStart"/>
      <w:r w:rsidRPr="00352867">
        <w:rPr>
          <w:rFonts w:ascii="Lato" w:hAnsi="Lato" w:cs="Lato"/>
          <w:sz w:val="20"/>
          <w:szCs w:val="20"/>
        </w:rPr>
        <w:t>właściwego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przysługują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zasadach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</w:t>
      </w:r>
      <w:proofErr w:type="spellStart"/>
      <w:r w:rsidRPr="00352867">
        <w:rPr>
          <w:rFonts w:ascii="Lato" w:hAnsi="Lato" w:cs="Lato"/>
          <w:sz w:val="20"/>
          <w:szCs w:val="20"/>
        </w:rPr>
        <w:t>prawa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dostępu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sprostowania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ograniczenia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wniesienia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skargi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do </w:t>
      </w:r>
      <w:proofErr w:type="spellStart"/>
      <w:r w:rsidRPr="00352867">
        <w:rPr>
          <w:rFonts w:ascii="Lato" w:hAnsi="Lato" w:cs="Lato"/>
          <w:sz w:val="20"/>
          <w:szCs w:val="20"/>
        </w:rPr>
        <w:t>Prezesa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Jeżeli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SKK do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Pomorski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danych przetwarzanych w celu weryfikacji wyniku stopnia I, kwalifikacji do stopnia II i dalszej realizacji Konkursu. </w:t>
      </w:r>
      <w:proofErr w:type="spellStart"/>
      <w:r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zawiera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podpisania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* </w:t>
      </w:r>
      <w:proofErr w:type="spellStart"/>
      <w:r w:rsidRPr="00352867">
        <w:rPr>
          <w:rFonts w:ascii="Lato" w:hAnsi="Lato" w:cs="Lato"/>
          <w:sz w:val="20"/>
          <w:szCs w:val="20"/>
        </w:rPr>
        <w:t>wypełnić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komputerowo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/ </w:t>
      </w:r>
      <w:proofErr w:type="spellStart"/>
      <w:r w:rsidRPr="00352867">
        <w:rPr>
          <w:rFonts w:ascii="Lato" w:hAnsi="Lato" w:cs="Lato"/>
          <w:sz w:val="20"/>
          <w:szCs w:val="20"/>
        </w:rPr>
        <w:t>pisemnie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drukowanymi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literami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 ** </w:t>
      </w:r>
      <w:proofErr w:type="spellStart"/>
      <w:r w:rsidRPr="00352867">
        <w:rPr>
          <w:rFonts w:ascii="Lato" w:hAnsi="Lato" w:cs="Lato"/>
          <w:sz w:val="20"/>
          <w:szCs w:val="20"/>
        </w:rPr>
        <w:t>zaznacz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jedną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odpowiedź</w:t>
      </w:r>
      <w:proofErr w:type="spellEnd"/>
    </w:p>
    <w:sectPr w:rsidR="00A14621" w:rsidRPr="00352867" w:rsidSect="00411193">
      <w:headerReference w:type="default" r:id="rId9"/>
      <w:footerReference w:type="default" r:id="rId10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DB4E8" w14:textId="77777777" w:rsidR="00FF4F9A" w:rsidRDefault="00FF4F9A">
      <w:pPr>
        <w:spacing w:after="0" w:line="240" w:lineRule="auto"/>
      </w:pPr>
      <w:r>
        <w:separator/>
      </w:r>
    </w:p>
  </w:endnote>
  <w:endnote w:type="continuationSeparator" w:id="0">
    <w:p w14:paraId="7E966086" w14:textId="77777777" w:rsidR="00FF4F9A" w:rsidRDefault="00FF4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5A5A1" w14:textId="77777777" w:rsidR="00FF4F9A" w:rsidRDefault="00FF4F9A">
      <w:pPr>
        <w:spacing w:after="0" w:line="240" w:lineRule="auto"/>
      </w:pPr>
      <w:r>
        <w:separator/>
      </w:r>
    </w:p>
  </w:footnote>
  <w:footnote w:type="continuationSeparator" w:id="0">
    <w:p w14:paraId="21269868" w14:textId="77777777" w:rsidR="00FF4F9A" w:rsidRDefault="00FF4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09626A7A" w:rsidR="00300FAC" w:rsidRPr="00352867" w:rsidRDefault="00300FAC" w:rsidP="00352867">
    <w:pPr>
      <w:spacing w:before="60"/>
      <w:ind w:left="2880" w:firstLine="720"/>
      <w:jc w:val="center"/>
      <w:rPr>
        <w:rFonts w:ascii="Lato" w:eastAsiaTheme="minorHAnsi" w:hAnsi="Lato" w:cs="Lato"/>
        <w:bCs/>
        <w:iCs/>
        <w:sz w:val="20"/>
        <w:szCs w:val="20"/>
      </w:rPr>
    </w:pPr>
    <w:proofErr w:type="spellStart"/>
    <w:r w:rsidRPr="00352867">
      <w:rPr>
        <w:rFonts w:ascii="Lato" w:hAnsi="Lato" w:cs="Lato"/>
        <w:i/>
        <w:iCs/>
        <w:sz w:val="20"/>
        <w:szCs w:val="20"/>
      </w:rPr>
      <w:t>Załącznik</w:t>
    </w:r>
    <w:proofErr w:type="spellEnd"/>
    <w:r w:rsidRPr="00352867">
      <w:rPr>
        <w:rFonts w:ascii="Lato" w:hAnsi="Lato" w:cs="Lato"/>
        <w:i/>
        <w:iCs/>
        <w:sz w:val="20"/>
        <w:szCs w:val="20"/>
      </w:rPr>
      <w:t xml:space="preserve"> nr 1 do </w:t>
    </w:r>
    <w:proofErr w:type="spellStart"/>
    <w:r w:rsidRPr="00352867">
      <w:rPr>
        <w:rFonts w:ascii="Lato" w:hAnsi="Lato" w:cs="Lato"/>
        <w:i/>
        <w:iCs/>
        <w:sz w:val="20"/>
        <w:szCs w:val="20"/>
      </w:rPr>
      <w:t>Regulaminu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Wojewódzkiego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Konkursu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z……. 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2821172">
    <w:abstractNumId w:val="8"/>
  </w:num>
  <w:num w:numId="2" w16cid:durableId="1578401540">
    <w:abstractNumId w:val="6"/>
  </w:num>
  <w:num w:numId="3" w16cid:durableId="1627586794">
    <w:abstractNumId w:val="5"/>
  </w:num>
  <w:num w:numId="4" w16cid:durableId="677662545">
    <w:abstractNumId w:val="4"/>
  </w:num>
  <w:num w:numId="5" w16cid:durableId="231159796">
    <w:abstractNumId w:val="7"/>
  </w:num>
  <w:num w:numId="6" w16cid:durableId="441726152">
    <w:abstractNumId w:val="3"/>
  </w:num>
  <w:num w:numId="7" w16cid:durableId="506287086">
    <w:abstractNumId w:val="2"/>
  </w:num>
  <w:num w:numId="8" w16cid:durableId="905149169">
    <w:abstractNumId w:val="1"/>
  </w:num>
  <w:num w:numId="9" w16cid:durableId="773523427">
    <w:abstractNumId w:val="0"/>
  </w:num>
  <w:num w:numId="10" w16cid:durableId="2965725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9639D"/>
    <w:rsid w:val="002A032A"/>
    <w:rsid w:val="00300FAC"/>
    <w:rsid w:val="00326F90"/>
    <w:rsid w:val="00352867"/>
    <w:rsid w:val="00382C8A"/>
    <w:rsid w:val="00411193"/>
    <w:rsid w:val="00535C1D"/>
    <w:rsid w:val="00552DFF"/>
    <w:rsid w:val="0069772A"/>
    <w:rsid w:val="0078477F"/>
    <w:rsid w:val="00936BB1"/>
    <w:rsid w:val="009E2BE8"/>
    <w:rsid w:val="00A14621"/>
    <w:rsid w:val="00A67B2E"/>
    <w:rsid w:val="00A71650"/>
    <w:rsid w:val="00AA1D8D"/>
    <w:rsid w:val="00B2368F"/>
    <w:rsid w:val="00B47730"/>
    <w:rsid w:val="00BE6293"/>
    <w:rsid w:val="00BF64B4"/>
    <w:rsid w:val="00C15957"/>
    <w:rsid w:val="00C81A2F"/>
    <w:rsid w:val="00CB0664"/>
    <w:rsid w:val="00D63C7B"/>
    <w:rsid w:val="00E217F0"/>
    <w:rsid w:val="00FC693F"/>
    <w:rsid w:val="00FF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9E2BE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2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rodo-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838</Words>
  <Characters>5030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1-  Wzór Karty zgłoszenia ucznia do konkursu</vt:lpstr>
      <vt:lpstr/>
    </vt:vector>
  </TitlesOfParts>
  <Manager/>
  <Company/>
  <LinksUpToDate>false</LinksUpToDate>
  <CharactersWithSpaces>5857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Agnieszka Śliwińska</cp:lastModifiedBy>
  <cp:revision>2</cp:revision>
  <cp:lastPrinted>2026-08-27T08:48:00Z</cp:lastPrinted>
  <dcterms:created xsi:type="dcterms:W3CDTF">2026-10-06T07:47:00Z</dcterms:created>
  <dcterms:modified xsi:type="dcterms:W3CDTF">2026-10-06T07:47:00Z</dcterms:modified>
  <cp:category/>
</cp:coreProperties>
</file>